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rial" w:hAnsi="Arial"/>
          <w:b/>
          <w:sz w:val="28"/>
        </w:rPr>
        <w:t>PROTOKÓŁ ZGŁOSZENIA PODTOPIENIA</w:t>
        <w:br/>
        <w:t>NIERUCHOMOŚCI ROLNEJ</w:t>
      </w:r>
    </w:p>
    <w:p>
      <w:pPr>
        <w:spacing w:after="100"/>
        <w:jc w:val="center"/>
      </w:pPr>
      <w:r>
        <w:rPr>
          <w:b/>
          <w:sz w:val="20"/>
        </w:rPr>
        <w:t>GMINA CZARNIA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Nr protokołu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t>................................................................................................</w:t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Data zgłoszenia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t>................................................</w:t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Data sporządzenia protokołu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t>................................................</w:t>
            </w:r>
          </w:p>
        </w:tc>
      </w:tr>
    </w:tbl>
    <w:p>
      <w:pPr>
        <w:spacing w:before="80" w:after="80"/>
      </w:pPr>
      <w:r>
        <w:rPr>
          <w:b/>
        </w:rPr>
        <w:t xml:space="preserve">Cel dokumentu: </w:t>
      </w:r>
      <w:r>
        <w:t>udokumentowanie przypadków podtopienia nieruchomości rolnych na terenie Gminy Czarnia, w szczególności w rejonie rzek Omulew i Trybówka, ich częstotliwości, zasięgu oraz skutków gospodarczych.</w:t>
      </w:r>
    </w:p>
    <w:p>
      <w:pPr>
        <w:spacing w:before="100" w:after="60"/>
      </w:pPr>
      <w:r>
        <w:rPr>
          <w:rFonts w:ascii="Arial" w:hAnsi="Arial"/>
          <w:b/>
          <w:sz w:val="21"/>
        </w:rPr>
        <w:t>I. DANE WŁAŚCICIELA / UŻYTKOWNIKA NIERUCHOMOŚCI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Imię i nazwisko / nazwa gospodarstwa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br/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Adres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br/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Telefon / e-mail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Tytuł prawny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t>☐ właściciel</w:t>
              <w:br/>
              <w:t>☐ współwłaściciel</w:t>
              <w:br/>
              <w:t>☐ dzierżawca</w:t>
              <w:br/>
              <w:t>☐ inny: ................................................</w:t>
            </w:r>
          </w:p>
        </w:tc>
      </w:tr>
    </w:tbl>
    <w:p>
      <w:pPr>
        <w:spacing w:before="100" w:after="60"/>
      </w:pPr>
      <w:r>
        <w:rPr>
          <w:rFonts w:ascii="Arial" w:hAnsi="Arial"/>
          <w:b/>
          <w:sz w:val="21"/>
        </w:rPr>
        <w:t>II. DANE NIERUCHOMOŚCI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Miejscowość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Obręb ewidencyjny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Numer działki / numery działek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br/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Łączna powierzchnia nieruchomości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t>........................ ha</w:t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Szacunkowa powierzchnia podtopiona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t>........................ ha</w:t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Sposób użytkowania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t>☐ łąka</w:t>
              <w:br/>
              <w:t>☐ pastwisko</w:t>
              <w:br/>
              <w:t>☐ grunt orny</w:t>
              <w:br/>
              <w:t>☐ inna uprawa / inne: ................................</w:t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Rodzaj uprawy / wykorzystanie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br/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Rzeka / ciek w sąsiedztwie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t>☐ Omulew</w:t>
              <w:br/>
              <w:t>☐ Trybówka</w:t>
              <w:br/>
              <w:t>☐ inny ciek / rów: ................................</w:t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Przybliżona odległość od rzeki / cieku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</w:r>
          </w:p>
        </w:tc>
      </w:tr>
    </w:tbl>
    <w:p>
      <w:pPr>
        <w:spacing w:before="100" w:after="60"/>
      </w:pPr>
      <w:r>
        <w:rPr>
          <w:rFonts w:ascii="Arial" w:hAnsi="Arial"/>
          <w:b/>
          <w:sz w:val="21"/>
        </w:rPr>
        <w:t>III. INFORMACJE O PODTOPIENIU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Data zauważenia podtopienia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Przewidywana data rozpoczęcia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Czy woda nadal znajduje się na nieruchomości?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t>☐ tak     ☐ nie     Jeżeli nie – data ustąpienia: ........................</w:t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Przybliżony czas utrzymywania się wody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Szacunkowa maksymalna głębokość wody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Źródło wody według obserwacji zgłaszającego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t>☐ wystąpienie wody z koryta rzeki</w:t>
              <w:br/>
              <w:t>☐ cofka / brak możliwości odpływu</w:t>
              <w:br/>
              <w:t>☐ długotrwały wysoki poziom wody w rzece</w:t>
              <w:br/>
              <w:t>☐ brak odpływu wód z nieruchomości</w:t>
              <w:br/>
              <w:t>☐ intensywne / długotrwałe opady</w:t>
              <w:br/>
              <w:t>☐ inne / trudne do ustalenia: ................................</w:t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Opis przebiegu podtopienia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br/>
              <w:br/>
              <w:br/>
            </w:r>
          </w:p>
        </w:tc>
      </w:tr>
    </w:tbl>
    <w:p>
      <w:pPr>
        <w:spacing w:before="100" w:after="60"/>
      </w:pPr>
      <w:r>
        <w:rPr>
          <w:rFonts w:ascii="Arial" w:hAnsi="Arial"/>
          <w:b/>
          <w:sz w:val="21"/>
        </w:rPr>
        <w:t>IV. OBSERWACJE DOTYCZĄCE STANU RZEKI / CIEKU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Zaobserwowany stan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t>☐ nadmierna roślinność w korycie</w:t>
              <w:br/>
              <w:t>☐ zarośnięte brzegi</w:t>
              <w:br/>
              <w:t>☐ zakrzaczenia</w:t>
              <w:br/>
              <w:t>☐ drzewa / konary utrudniające przepływ</w:t>
              <w:br/>
              <w:t>☐ zatory</w:t>
              <w:br/>
              <w:t>☐ naniesione gałęzie / przeszkody</w:t>
              <w:br/>
              <w:t>☐ widoczne zamulenie koryta</w:t>
              <w:br/>
              <w:t>☐ wypłycenie koryta</w:t>
              <w:br/>
              <w:t>☐ utrudniony odpływ wody</w:t>
              <w:br/>
              <w:t>☐ niedrożny rów / przepust</w:t>
              <w:br/>
              <w:t>☐ inne: ................................</w:t>
              <w:br/>
              <w:t>☐ nie stwierdzono / trudno ocenić</w:t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Dokładny opis stanu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br/>
              <w:br/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Miejsce problemowego odcinka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br/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Lokalizacja GPS – jeżeli możliwa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</w:r>
          </w:p>
        </w:tc>
      </w:tr>
    </w:tbl>
    <w:p>
      <w:pPr>
        <w:spacing w:before="100" w:after="60"/>
      </w:pPr>
      <w:r>
        <w:rPr>
          <w:rFonts w:ascii="Arial" w:hAnsi="Arial"/>
          <w:b/>
          <w:sz w:val="21"/>
        </w:rPr>
        <w:t>V. POWTARZALNOŚĆ PODTOPIEŃ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Czy nieruchomość była podtapiana wcześniej?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t>☐ tak     ☐ nie     ☐ nie wiadomo</w:t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Przybliżone daty / lata wcześniejszych podtopień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br/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Czy częstotliwość lub czas trwania podtopień wzrosły?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t>☐ tak     ☐ nie     ☐ trudno ocenić</w:t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Czy podtopienia występowały bez wyjątkowo intensywnych opadów?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t>☐ tak     ☐ nie     ☐ trudno ocenić</w:t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Uwagi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br/>
              <w:br/>
            </w:r>
          </w:p>
        </w:tc>
      </w:tr>
    </w:tbl>
    <w:p>
      <w:pPr>
        <w:spacing w:before="100" w:after="60"/>
      </w:pPr>
      <w:r>
        <w:rPr>
          <w:rFonts w:ascii="Arial" w:hAnsi="Arial"/>
          <w:b/>
          <w:sz w:val="21"/>
        </w:rPr>
        <w:t>VI. SKUTKI PODTOPIENIA DLA GOSPODARSTWA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Stwierdzone / zgłaszane skutki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t>☐ brak możliwości wjazdu maszynami</w:t>
              <w:br/>
              <w:t>☐ brak możliwości koszenia</w:t>
              <w:br/>
              <w:t>☐ brak możliwości zbioru siana</w:t>
              <w:br/>
              <w:t>☐ brak możliwości wypasu zwierząt</w:t>
              <w:br/>
              <w:t>☐ brak możliwości wykonania prac agrotechnicznych</w:t>
              <w:br/>
              <w:t>☐ zniszczenie / uszkodzenie upraw</w:t>
              <w:br/>
              <w:t>☐ obniżenie wielkości lub jakości plonu</w:t>
              <w:br/>
              <w:t>☐ utrata paszy</w:t>
              <w:br/>
              <w:t>☐ konieczność zakupu dodatkowej paszy</w:t>
              <w:br/>
              <w:t>☐ konieczność ponownego obsiewu</w:t>
              <w:br/>
              <w:t>☐ degradacja darni / gleby</w:t>
              <w:br/>
              <w:t>☐ opóźnienie prac polowych</w:t>
              <w:br/>
              <w:t>☐ czasowe wyłączenie nieruchomości z użytkowania</w:t>
              <w:br/>
              <w:t>☐ inne: ................................</w:t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Szczegółowy opis skutków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br/>
              <w:br/>
              <w:br/>
            </w:r>
          </w:p>
        </w:tc>
      </w:tr>
    </w:tbl>
    <w:p>
      <w:pPr>
        <w:spacing w:before="100" w:after="60"/>
      </w:pPr>
      <w:r>
        <w:rPr>
          <w:rFonts w:ascii="Arial" w:hAnsi="Arial"/>
          <w:b/>
          <w:sz w:val="21"/>
        </w:rPr>
        <w:t>VII. WSTĘPNE OSZACOWANIE SZKODY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Powierzchnia objęta szkodą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t>........................ ha</w:t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Rodzaj utraconego / zmniejszonego plonu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Przewidywana ilość utraconego plonu / paszy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Szacunkowa wartość utraconego plonu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t>........................ zł</w:t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Dodatkowe koszty związane z podtopieniem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t>........................ zł</w:t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Rodzaj dodatkowych kosztów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br/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Łączna wstępnie szacowana wartość szkody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t>........................ zł</w:t>
            </w:r>
          </w:p>
        </w:tc>
      </w:tr>
    </w:tbl>
    <w:p>
      <w:pPr>
        <w:spacing w:after="60"/>
      </w:pPr>
      <w:r>
        <w:rPr>
          <w:b/>
        </w:rPr>
        <w:t xml:space="preserve">Uwaga: </w:t>
      </w:r>
      <w:r>
        <w:t>kwoty mają charakter wstępnego oszacowania właściciela/użytkownika i nie stanowią urzędowego ustalenia wysokości szkody.</w:t>
      </w:r>
    </w:p>
    <w:p>
      <w:pPr>
        <w:spacing w:before="100" w:after="60"/>
      </w:pPr>
      <w:r>
        <w:rPr>
          <w:rFonts w:ascii="Arial" w:hAnsi="Arial"/>
          <w:b/>
          <w:sz w:val="21"/>
        </w:rPr>
        <w:t>VIII. DOKUMENTACJA DOWODOWA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Do protokołu dołączono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t>☐ fotografie podtopionej nieruchomości</w:t>
              <w:br/>
              <w:t>☐ fotografie stanu koryta rzeki / cieku</w:t>
              <w:br/>
              <w:t>☐ fotografie zatorów, roślinności lub innych przeszkód</w:t>
              <w:br/>
              <w:t>☐ nagrania wideo</w:t>
              <w:br/>
              <w:t>☐ mapę z zaznaczonym obszarem podtopienia</w:t>
              <w:br/>
              <w:t>☐ wydruk mapy ewidencyjnej</w:t>
              <w:br/>
              <w:t>☐ dokumentację dotyczącą uprawy / ARiMR</w:t>
              <w:br/>
              <w:t>☐ faktury / rachunki</w:t>
              <w:br/>
              <w:t>☐ dokumentację wcześniejszych podtopień</w:t>
              <w:br/>
              <w:t>☐ inne: ................................</w:t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Liczba fotografii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Data / daty wykonania fotografii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Uwagi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br/>
            </w:r>
          </w:p>
        </w:tc>
      </w:tr>
    </w:tbl>
    <w:p>
      <w:pPr>
        <w:spacing w:before="100" w:after="60"/>
      </w:pPr>
      <w:r>
        <w:rPr>
          <w:rFonts w:ascii="Arial" w:hAnsi="Arial"/>
          <w:b/>
          <w:sz w:val="21"/>
        </w:rPr>
        <w:t>IX. ŚWIADKOWIE / INNE OSOBY POSIADAJĄCE WIEDZĘ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Imię i nazwisko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Adres / telefon – dobrowolnie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Informacje, które osoba może potwierdzić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br/>
              <w:br/>
            </w:r>
          </w:p>
        </w:tc>
      </w:tr>
    </w:tbl>
    <w:p>
      <w:pPr>
        <w:spacing w:before="100" w:after="60"/>
      </w:pPr>
      <w:r>
        <w:rPr>
          <w:rFonts w:ascii="Arial" w:hAnsi="Arial"/>
          <w:b/>
          <w:sz w:val="21"/>
        </w:rPr>
        <w:t>X. OŚWIADCZENIE WŁAŚCICIELA / UŻYTKOWNIKA</w:t>
      </w:r>
    </w:p>
    <w:p>
      <w:pPr>
        <w:spacing w:after="60"/>
      </w:pPr>
      <w:r>
        <w:t>Oświadczam, że informacje podane przeze mnie w niniejszym protokole są zgodne z moją wiedzą i obserwacjami. Zgłaszam występowanie podtopień opisanej wyżej nieruchomości oraz wynikające z tego utrudnienia i/lub szkody w prowadzeniu działalności rolniczej. Wnoszę o uwzględnienie zgłoszenia przez Gminę Czarnia w dokumentacji dotyczącej problemu podtopień terenów rolnych w rejonie rzek Omulew i Trybówka oraz o wykorzystanie informacji w działaniach podejmowanych wobec właściwych organów i jednostek odpowiedzialnych za gospodarowanie i utrzymywanie wód.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Data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Czytelny podpis właściciela / użytkownika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br/>
            </w:r>
          </w:p>
        </w:tc>
      </w:tr>
    </w:tbl>
    <w:p>
      <w:r>
        <w:br w:type="page"/>
      </w:r>
    </w:p>
    <w:p>
      <w:pPr>
        <w:spacing w:before="100" w:after="60"/>
      </w:pPr>
      <w:r>
        <w:rPr>
          <w:rFonts w:ascii="Arial" w:hAnsi="Arial"/>
          <w:b/>
          <w:sz w:val="21"/>
        </w:rPr>
        <w:t>XI. CZĘŚĆ WYPEŁNIANA PODCZAS OGLĘDZIN PRZEZ PRZEDSTAWICIELA GMINY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Data oględzin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Godzina oględzin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Osoby uczestniczące w oględzinach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br/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Warunki pogodowe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Stwierdzony stan nieruchomości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br/>
              <w:br/>
              <w:br/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Czy w chwili oględzin na działce znajdowała się woda?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t>☐ tak     ☐ nie     ☐ częściowo</w:t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Powierzchnia objęta wodą / nadmiernym uwilgotnieniem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Czy możliwe jest normalne użytkowanie rolnicze?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t>☐ tak     ☐ nie     ☐ częściowo</w:t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Opis możliwości / ograniczeń użytkowania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br/>
              <w:br/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Stan pobliskiego koryta rzeki / cieku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br/>
              <w:br/>
              <w:br/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Stwierdzone przeszkody / potencjalne ograniczenia przepływu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br/>
              <w:br/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Dokumentacja fotograficzna wykonana podczas oględzin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t>☐ tak     ☐ nie     Liczba zdjęć: ............</w:t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Inne ustalenia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br/>
              <w:br/>
            </w:r>
          </w:p>
        </w:tc>
      </w:tr>
    </w:tbl>
    <w:p>
      <w:pPr>
        <w:spacing w:before="100" w:after="60"/>
      </w:pPr>
      <w:r>
        <w:rPr>
          <w:rFonts w:ascii="Arial" w:hAnsi="Arial"/>
          <w:b/>
          <w:sz w:val="21"/>
        </w:rPr>
        <w:t>XII. UWAGI KOŃCOWE</w:t>
      </w:r>
    </w:p>
    <w:p>
      <w:r>
        <w:t>Niniejszy protokół służy udokumentowaniu stanu faktycznego oraz informacji przekazanych przez właściciela/użytkownika nieruchomości. Sporządzenie protokołu przez Gminę Czarnia nie stanowi rozstrzygnięcia co do przyczyny podtopienia, podmiotu odpowiedzialnego za jego powstanie ani uznania zasadności lub wysokości ewentualnego roszczenia odszkodowawczego. Ustalenie przyczyn podtopienia, w szczególności związku pomiędzy stanem lub sposobem utrzymania rzeki/cieku a zalaniem albo podtopieniem nieruchomości, może wymagać odrębnej oceny hydrologicznej, hydraulicznej lub innej opinii specjalistycznej.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Podpis właściciela / użytkownika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br/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Podpis przedstawiciela Gminy Czarnia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br/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Podpisy pozostałych uczestników oględzin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t>1. ........................................................</w:t>
              <w:br/>
              <w:br/>
              <w:t>2. ........................................................</w:t>
              <w:br/>
              <w:br/>
              <w:t>3. ........................................................</w:t>
            </w:r>
          </w:p>
        </w:tc>
      </w:tr>
    </w:tbl>
    <w:p>
      <w:r>
        <w:br w:type="page"/>
      </w:r>
    </w:p>
    <w:p>
      <w:pPr>
        <w:spacing w:before="100" w:after="60"/>
      </w:pPr>
      <w:r>
        <w:rPr>
          <w:rFonts w:ascii="Arial" w:hAnsi="Arial"/>
          <w:b/>
          <w:sz w:val="21"/>
        </w:rPr>
        <w:t>ZAŁĄCZNIK – DOKUMENTACJA FOTOGRAFICZNA</w:t>
      </w:r>
    </w:p>
    <w:p>
      <w:r>
        <w:rPr>
          <w:b/>
        </w:rPr>
        <w:t>Zdjęcie nr 1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>
              <w:br/>
              <w:br/>
              <w:br/>
              <w:br/>
              <w:br/>
              <w:br/>
              <w:br/>
            </w:r>
            <w:r>
              <w:rPr>
                <w:b/>
              </w:rPr>
              <w:t>MIEJSCE NA FOTOGRAFIĘ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Data i godzina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Miejsce / nr działki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Opis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br/>
            </w:r>
          </w:p>
        </w:tc>
      </w:tr>
    </w:tbl>
    <w:p>
      <w:r>
        <w:rPr>
          <w:b/>
        </w:rPr>
        <w:t>Zdjęcie nr 2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>
              <w:br/>
              <w:br/>
              <w:br/>
              <w:br/>
              <w:br/>
              <w:br/>
              <w:br/>
            </w:r>
            <w:r>
              <w:rPr>
                <w:b/>
              </w:rPr>
              <w:t>MIEJSCE NA FOTOGRAFIĘ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Data i godzina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Miejsce / nr działki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Opis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br/>
            </w:r>
          </w:p>
        </w:tc>
      </w:tr>
    </w:tbl>
    <w:p>
      <w:r>
        <w:br w:type="page"/>
      </w:r>
    </w:p>
    <w:p>
      <w:r>
        <w:rPr>
          <w:b/>
        </w:rPr>
        <w:t>Zdjęcie nr 3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>
              <w:br/>
              <w:br/>
              <w:br/>
              <w:br/>
              <w:br/>
              <w:br/>
              <w:br/>
            </w:r>
            <w:r>
              <w:rPr>
                <w:b/>
              </w:rPr>
              <w:t>MIEJSCE NA FOTOGRAFIĘ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Data i godzina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Miejsce / nr działki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Opis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br/>
            </w:r>
          </w:p>
        </w:tc>
      </w:tr>
    </w:tbl>
    <w:p>
      <w:r>
        <w:rPr>
          <w:b/>
        </w:rPr>
        <w:t>Zdjęcie nr 4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>
              <w:br/>
              <w:br/>
              <w:br/>
              <w:br/>
              <w:br/>
              <w:br/>
              <w:br/>
            </w:r>
            <w:r>
              <w:rPr>
                <w:b/>
              </w:rPr>
              <w:t>MIEJSCE NA FOTOGRAFIĘ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Data i godzina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Miejsce / nr działki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3515"/>
            <w:shd w:fill="EDEDED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b/>
                <w:sz w:val="17"/>
              </w:rPr>
              <w:t>Opis</w:t>
            </w:r>
          </w:p>
        </w:tc>
        <w:tc>
          <w:tcPr>
            <w:tcW w:type="dxa" w:w="612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 w:before="0"/>
            </w:pPr>
            <w:r>
              <w:rPr>
                <w:rFonts w:ascii="Arial" w:hAnsi="Arial"/>
                <w:sz w:val="17"/>
              </w:rPr>
              <w:br/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4"/>
      </w:rPr>
      <w:t>Protokół zgłoszenia podtopienia nieruchomości rolnej – Gmina Czarnia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sz w:val="22"/>
      </w:rPr>
      <w:t>WÓJT GMINY CZARNIA</w:t>
    </w:r>
    <w:r>
      <w:rPr>
        <w:rFonts w:ascii="Arial" w:hAnsi="Arial"/>
        <w:sz w:val="16"/>
      </w:rPr>
      <w:br/>
      <w:t>Czarnia 41, 07-431 Czarnia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